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71D53" w14:textId="77777777" w:rsidR="00B7685D" w:rsidRDefault="00000000">
      <w:pPr>
        <w:jc w:val="center"/>
      </w:pPr>
      <w:r>
        <w:rPr>
          <w:rFonts w:ascii="Yu Gothic" w:eastAsia="Yu Gothic" w:hAnsi="Yu Gothic"/>
          <w:b/>
          <w:sz w:val="28"/>
        </w:rPr>
        <w:t>早稲田大学　博士（工学）学位申請　研究業績書</w:t>
      </w:r>
    </w:p>
    <w:p w14:paraId="3D0E4235" w14:textId="77777777" w:rsidR="009C424B" w:rsidRPr="009C424B" w:rsidRDefault="009C424B" w:rsidP="009C424B">
      <w:pPr>
        <w:spacing w:afterLines="50" w:after="120"/>
        <w:jc w:val="center"/>
        <w:rPr>
          <w:b/>
          <w:sz w:val="26"/>
          <w:szCs w:val="26"/>
        </w:rPr>
      </w:pPr>
      <w:r w:rsidRPr="009C424B">
        <w:rPr>
          <w:b/>
          <w:sz w:val="26"/>
          <w:szCs w:val="26"/>
        </w:rPr>
        <w:t>Waseda University</w:t>
      </w:r>
    </w:p>
    <w:p w14:paraId="670EC7CA" w14:textId="77777777" w:rsidR="009C424B" w:rsidRPr="009C424B" w:rsidRDefault="009C424B" w:rsidP="009C424B">
      <w:pPr>
        <w:spacing w:afterLines="50" w:after="120"/>
        <w:jc w:val="center"/>
        <w:rPr>
          <w:b/>
          <w:sz w:val="26"/>
          <w:szCs w:val="26"/>
        </w:rPr>
      </w:pPr>
      <w:r w:rsidRPr="009C424B">
        <w:rPr>
          <w:b/>
          <w:sz w:val="26"/>
          <w:szCs w:val="26"/>
        </w:rPr>
        <w:t>Research Achievements / Publications Form for Doctoral Degree Application</w:t>
      </w:r>
    </w:p>
    <w:p w14:paraId="756CE532" w14:textId="43998152" w:rsidR="00B7685D" w:rsidRPr="009C424B" w:rsidRDefault="009C424B" w:rsidP="009C424B">
      <w:pPr>
        <w:spacing w:afterLines="100" w:after="240"/>
        <w:jc w:val="center"/>
        <w:rPr>
          <w:sz w:val="24"/>
          <w:szCs w:val="24"/>
        </w:rPr>
      </w:pPr>
      <w:r w:rsidRPr="009C424B">
        <w:rPr>
          <w:b/>
          <w:sz w:val="24"/>
          <w:szCs w:val="24"/>
        </w:rPr>
        <w:t>Degree Sought: Doctor of Engineering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587"/>
        <w:gridCol w:w="2551"/>
      </w:tblGrid>
      <w:tr w:rsidR="00B7685D" w14:paraId="728D5FBA" w14:textId="77777777">
        <w:trPr>
          <w:trHeight w:val="396"/>
          <w:jc w:val="right"/>
        </w:trPr>
        <w:tc>
          <w:tcPr>
            <w:tcW w:w="1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55F1AF9" w14:textId="77777777" w:rsidR="00B7685D" w:rsidRDefault="00000000">
            <w:r>
              <w:rPr>
                <w:b/>
              </w:rPr>
              <w:t>As of (YYYY/MM)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C9A9D33" w14:textId="4FF4F7D1" w:rsidR="00B7685D" w:rsidRPr="008765D9" w:rsidRDefault="00B7685D">
            <w:pPr>
              <w:rPr>
                <w:sz w:val="22"/>
                <w:szCs w:val="32"/>
              </w:rPr>
            </w:pPr>
          </w:p>
        </w:tc>
      </w:tr>
    </w:tbl>
    <w:p w14:paraId="12E7A587" w14:textId="77777777" w:rsidR="008765D9" w:rsidRDefault="008765D9">
      <w:pPr>
        <w:spacing w:before="60"/>
        <w:rPr>
          <w:rFonts w:eastAsiaTheme="minorEastAsia"/>
          <w:b/>
          <w:lang w:eastAsia="ja-JP"/>
        </w:rPr>
      </w:pPr>
    </w:p>
    <w:p w14:paraId="50452CB0" w14:textId="42F89403" w:rsidR="008765D9" w:rsidRPr="008765D9" w:rsidRDefault="00000000">
      <w:pPr>
        <w:spacing w:before="60"/>
        <w:rPr>
          <w:rFonts w:eastAsiaTheme="minorEastAsia"/>
          <w:bCs/>
          <w:sz w:val="28"/>
          <w:szCs w:val="40"/>
          <w:lang w:eastAsia="ja-JP"/>
        </w:rPr>
      </w:pPr>
      <w:r w:rsidRPr="008765D9">
        <w:rPr>
          <w:b/>
          <w:sz w:val="28"/>
          <w:szCs w:val="40"/>
        </w:rPr>
        <w:t>Full Name*:</w:t>
      </w:r>
      <w:r w:rsidRPr="008765D9">
        <w:rPr>
          <w:bCs/>
          <w:sz w:val="28"/>
          <w:szCs w:val="40"/>
        </w:rPr>
        <w:t xml:space="preserve">   </w:t>
      </w:r>
    </w:p>
    <w:p w14:paraId="349E573C" w14:textId="08D03781" w:rsidR="00B7685D" w:rsidRPr="008765D9" w:rsidRDefault="00000000" w:rsidP="008765D9">
      <w:pPr>
        <w:spacing w:before="120" w:line="240" w:lineRule="auto"/>
        <w:rPr>
          <w:sz w:val="28"/>
          <w:szCs w:val="40"/>
        </w:rPr>
      </w:pPr>
      <w:r w:rsidRPr="008765D9">
        <w:rPr>
          <w:b/>
          <w:sz w:val="28"/>
          <w:szCs w:val="40"/>
        </w:rPr>
        <w:t xml:space="preserve">Handwritten Signature: </w:t>
      </w:r>
      <w:r w:rsidRPr="008765D9">
        <w:rPr>
          <w:sz w:val="28"/>
          <w:szCs w:val="40"/>
        </w:rPr>
        <w:t>________________________</w:t>
      </w:r>
    </w:p>
    <w:p w14:paraId="39856B98" w14:textId="77777777" w:rsidR="00B7685D" w:rsidRPr="008765D9" w:rsidRDefault="00000000" w:rsidP="008765D9">
      <w:pPr>
        <w:spacing w:beforeLines="50" w:before="120" w:afterLines="50" w:after="120" w:line="240" w:lineRule="auto"/>
        <w:rPr>
          <w:sz w:val="22"/>
          <w:szCs w:val="32"/>
        </w:rPr>
      </w:pPr>
      <w:r w:rsidRPr="008765D9">
        <w:rPr>
          <w:i/>
          <w:sz w:val="20"/>
          <w:szCs w:val="32"/>
        </w:rPr>
        <w:t>*Enter your name exactly as it appears on the doctoral dissertation. A handwritten signature by the applicant is required. A typed name alone will not be accepted.</w:t>
      </w:r>
    </w:p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3160"/>
        <w:gridCol w:w="6729"/>
      </w:tblGrid>
      <w:tr w:rsidR="00B7685D" w14:paraId="21AB5DBA" w14:textId="77777777" w:rsidTr="008765D9">
        <w:trPr>
          <w:trHeight w:val="680"/>
          <w:tblHeader/>
          <w:jc w:val="center"/>
        </w:trPr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7D750B" w14:textId="77777777" w:rsidR="00B7685D" w:rsidRDefault="00000000">
            <w:r>
              <w:rPr>
                <w:b/>
              </w:rPr>
              <w:t>Category</w:t>
            </w:r>
          </w:p>
        </w:tc>
        <w:tc>
          <w:tcPr>
            <w:tcW w:w="6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000422" w14:textId="77777777" w:rsidR="00B7685D" w:rsidRDefault="00000000">
            <w:r>
              <w:rPr>
                <w:b/>
              </w:rPr>
              <w:t>Authors, Title, Journal / Conference, Volume(Issue), Pages, Publication Date, etc.</w:t>
            </w:r>
          </w:p>
        </w:tc>
      </w:tr>
      <w:tr w:rsidR="00B7685D" w14:paraId="78101BA4" w14:textId="77777777" w:rsidTr="008765D9">
        <w:trPr>
          <w:trHeight w:val="6243"/>
          <w:jc w:val="center"/>
        </w:trPr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46376616" w14:textId="77777777" w:rsidR="008765D9" w:rsidRPr="008765D9" w:rsidRDefault="008765D9" w:rsidP="008765D9">
            <w:pPr>
              <w:spacing w:line="240" w:lineRule="auto"/>
              <w:rPr>
                <w:rFonts w:eastAsiaTheme="minorEastAsia"/>
                <w:sz w:val="20"/>
                <w:szCs w:val="24"/>
                <w:lang w:eastAsia="ja-JP"/>
              </w:rPr>
            </w:pPr>
          </w:p>
        </w:tc>
        <w:tc>
          <w:tcPr>
            <w:tcW w:w="6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565438B3" w14:textId="77777777" w:rsidR="008765D9" w:rsidRPr="008765D9" w:rsidRDefault="008765D9" w:rsidP="008765D9">
            <w:pPr>
              <w:spacing w:line="240" w:lineRule="auto"/>
              <w:rPr>
                <w:rFonts w:eastAsiaTheme="minorEastAsia"/>
                <w:sz w:val="20"/>
                <w:szCs w:val="24"/>
                <w:lang w:eastAsia="ja-JP"/>
              </w:rPr>
            </w:pPr>
          </w:p>
        </w:tc>
      </w:tr>
    </w:tbl>
    <w:p w14:paraId="31CA56CC" w14:textId="77777777" w:rsidR="008765D9" w:rsidRDefault="008765D9">
      <w:pPr>
        <w:spacing w:before="60"/>
        <w:rPr>
          <w:rFonts w:eastAsiaTheme="minorEastAsia"/>
          <w:b/>
          <w:color w:val="C00000"/>
          <w:lang w:eastAsia="ja-JP"/>
        </w:rPr>
      </w:pPr>
    </w:p>
    <w:p w14:paraId="1D016302" w14:textId="62249DE5" w:rsidR="00B7685D" w:rsidRPr="008765D9" w:rsidRDefault="00000000">
      <w:pPr>
        <w:spacing w:before="60"/>
        <w:rPr>
          <w:sz w:val="28"/>
          <w:szCs w:val="40"/>
        </w:rPr>
      </w:pPr>
      <w:r w:rsidRPr="008765D9">
        <w:rPr>
          <w:b/>
          <w:color w:val="C00000"/>
          <w:sz w:val="28"/>
          <w:szCs w:val="40"/>
        </w:rPr>
        <w:t xml:space="preserve">IMPORTANT: </w:t>
      </w:r>
      <w:r w:rsidRPr="008765D9">
        <w:rPr>
          <w:color w:val="C00000"/>
          <w:sz w:val="24"/>
          <w:szCs w:val="40"/>
        </w:rPr>
        <w:t>Before completing this form, please refer to Form No. 5, “Guideline for Research Achievements/Publications Form,” and the sample.</w:t>
      </w:r>
    </w:p>
    <w:sectPr w:rsidR="00B7685D" w:rsidRPr="008765D9" w:rsidSect="00034616">
      <w:pgSz w:w="11906" w:h="16838"/>
      <w:pgMar w:top="102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3879304">
    <w:abstractNumId w:val="8"/>
  </w:num>
  <w:num w:numId="2" w16cid:durableId="1961958567">
    <w:abstractNumId w:val="6"/>
  </w:num>
  <w:num w:numId="3" w16cid:durableId="109595336">
    <w:abstractNumId w:val="5"/>
  </w:num>
  <w:num w:numId="4" w16cid:durableId="1804612226">
    <w:abstractNumId w:val="4"/>
  </w:num>
  <w:num w:numId="5" w16cid:durableId="2100833323">
    <w:abstractNumId w:val="7"/>
  </w:num>
  <w:num w:numId="6" w16cid:durableId="110439175">
    <w:abstractNumId w:val="3"/>
  </w:num>
  <w:num w:numId="7" w16cid:durableId="1640912439">
    <w:abstractNumId w:val="2"/>
  </w:num>
  <w:num w:numId="8" w16cid:durableId="576479228">
    <w:abstractNumId w:val="1"/>
  </w:num>
  <w:num w:numId="9" w16cid:durableId="736249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D2A"/>
    <w:rsid w:val="0006063C"/>
    <w:rsid w:val="00093BCA"/>
    <w:rsid w:val="0015074B"/>
    <w:rsid w:val="0029639D"/>
    <w:rsid w:val="00326F90"/>
    <w:rsid w:val="00384DAC"/>
    <w:rsid w:val="004741FB"/>
    <w:rsid w:val="00531269"/>
    <w:rsid w:val="008765D9"/>
    <w:rsid w:val="009C424B"/>
    <w:rsid w:val="00AA1D8D"/>
    <w:rsid w:val="00B47730"/>
    <w:rsid w:val="00B7685D"/>
    <w:rsid w:val="00CB0664"/>
    <w:rsid w:val="00E466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2AF421"/>
  <w14:defaultImageDpi w14:val="300"/>
  <w15:docId w15:val="{E8C47133-695C-41FB-8B7B-FAEF9958D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Arial" w:eastAsia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Achievements / Publications Form</dc:title>
  <dc:subject/>
  <dc:creator>YAMASHITA Hiroyuki</dc:creator>
  <cp:keywords/>
  <dc:description>English form. Applicant handwritten signature required; personal seal not required.</dc:description>
  <cp:lastModifiedBy>YAMASHITA Hiroyuki</cp:lastModifiedBy>
  <cp:revision>4</cp:revision>
  <dcterms:created xsi:type="dcterms:W3CDTF">2026-09-25T09:37:00Z</dcterms:created>
  <dcterms:modified xsi:type="dcterms:W3CDTF">2026-09-25T09:51:00Z</dcterms:modified>
  <cp:category/>
</cp:coreProperties>
</file>