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9B37C" w14:textId="0B0DAA27" w:rsidR="004E1E0B" w:rsidRDefault="004E1E0B">
      <w:pPr>
        <w:jc w:val="center"/>
        <w:rPr>
          <w:rFonts w:eastAsiaTheme="minorEastAsia"/>
          <w:b/>
          <w:sz w:val="32"/>
          <w:szCs w:val="28"/>
          <w:lang w:eastAsia="ja-JP"/>
        </w:rPr>
      </w:pPr>
      <w:r>
        <w:rPr>
          <w:rFonts w:eastAsiaTheme="minorEastAsia" w:hint="eastAsia"/>
          <w:b/>
          <w:sz w:val="32"/>
          <w:szCs w:val="28"/>
          <w:lang w:eastAsia="ja-JP"/>
        </w:rPr>
        <w:t>学　位　申　請　書　・　誓　約　書</w:t>
      </w:r>
    </w:p>
    <w:p w14:paraId="40A3C4BC" w14:textId="3559164F" w:rsidR="003B6CDD" w:rsidRPr="004E1E0B" w:rsidRDefault="006B6786">
      <w:pPr>
        <w:jc w:val="center"/>
        <w:rPr>
          <w:sz w:val="18"/>
          <w:szCs w:val="24"/>
        </w:rPr>
      </w:pPr>
      <w:r w:rsidRPr="004E1E0B">
        <w:rPr>
          <w:b/>
          <w:sz w:val="28"/>
          <w:szCs w:val="24"/>
        </w:rPr>
        <w:t>APPLICATION FOR DOCTORAL DEGREE WITH WRITTEN OATH</w:t>
      </w:r>
    </w:p>
    <w:p w14:paraId="5E850314" w14:textId="77777777" w:rsidR="00CD0010" w:rsidRDefault="00CD0010">
      <w:pPr>
        <w:jc w:val="right"/>
        <w:rPr>
          <w:rFonts w:eastAsiaTheme="minorEastAsia"/>
          <w:sz w:val="20"/>
          <w:szCs w:val="28"/>
          <w:lang w:eastAsia="ja-JP"/>
        </w:rPr>
      </w:pPr>
    </w:p>
    <w:p w14:paraId="65BF4094" w14:textId="544B0ED6" w:rsidR="003B6CDD" w:rsidRPr="00CD0010" w:rsidRDefault="006B6786">
      <w:pPr>
        <w:jc w:val="right"/>
        <w:rPr>
          <w:sz w:val="20"/>
          <w:szCs w:val="28"/>
        </w:rPr>
      </w:pPr>
      <w:r w:rsidRPr="00CD0010">
        <w:rPr>
          <w:sz w:val="20"/>
          <w:szCs w:val="28"/>
        </w:rPr>
        <w:t>Date Submitted (YYYY/MM/DD): ____________________</w:t>
      </w:r>
    </w:p>
    <w:p w14:paraId="731911AC" w14:textId="77777777" w:rsidR="00CD0010" w:rsidRDefault="00CD0010">
      <w:pPr>
        <w:rPr>
          <w:rFonts w:eastAsiaTheme="minorEastAsia"/>
          <w:sz w:val="20"/>
          <w:szCs w:val="28"/>
          <w:lang w:eastAsia="ja-JP"/>
        </w:rPr>
      </w:pPr>
    </w:p>
    <w:p w14:paraId="751D5743" w14:textId="2FD40037" w:rsidR="003B6CDD" w:rsidRDefault="006B6786">
      <w:pPr>
        <w:rPr>
          <w:rFonts w:eastAsiaTheme="minorEastAsia"/>
          <w:sz w:val="20"/>
          <w:szCs w:val="28"/>
          <w:lang w:eastAsia="ja-JP"/>
        </w:rPr>
      </w:pPr>
      <w:r w:rsidRPr="00CD0010">
        <w:rPr>
          <w:sz w:val="20"/>
          <w:szCs w:val="28"/>
        </w:rPr>
        <w:t>To: The Dean of the Graduate School of Information, Production and Systems, Waseda University</w:t>
      </w:r>
    </w:p>
    <w:p w14:paraId="483E5FB9" w14:textId="77777777" w:rsidR="00CD0010" w:rsidRPr="00CD0010" w:rsidRDefault="00CD0010">
      <w:pPr>
        <w:rPr>
          <w:rFonts w:eastAsiaTheme="minorEastAsia"/>
          <w:sz w:val="20"/>
          <w:szCs w:val="28"/>
          <w:lang w:eastAsia="ja-JP"/>
        </w:rPr>
      </w:pPr>
    </w:p>
    <w:tbl>
      <w:tblPr>
        <w:tblW w:w="0" w:type="auto"/>
        <w:jc w:val="center"/>
        <w:tblLayout w:type="fixed"/>
        <w:tblLook w:val="04A0" w:firstRow="1" w:lastRow="0" w:firstColumn="1" w:lastColumn="0" w:noHBand="0" w:noVBand="1"/>
      </w:tblPr>
      <w:tblGrid>
        <w:gridCol w:w="2551"/>
        <w:gridCol w:w="7994"/>
      </w:tblGrid>
      <w:tr w:rsidR="003B6CDD" w:rsidRPr="00CD0010" w14:paraId="4B456ED9" w14:textId="77777777">
        <w:trPr>
          <w:jc w:val="center"/>
        </w:trPr>
        <w:tc>
          <w:tcPr>
            <w:tcW w:w="2551" w:type="dxa"/>
            <w:tcBorders>
              <w:top w:val="single" w:sz="6" w:space="0" w:color="808080"/>
              <w:left w:val="single" w:sz="6" w:space="0" w:color="808080"/>
              <w:bottom w:val="single" w:sz="6" w:space="0" w:color="808080"/>
              <w:right w:val="single" w:sz="6" w:space="0" w:color="808080"/>
            </w:tcBorders>
            <w:tcMar>
              <w:top w:w="55" w:type="dxa"/>
              <w:left w:w="85" w:type="dxa"/>
              <w:bottom w:w="55" w:type="dxa"/>
              <w:right w:w="85" w:type="dxa"/>
            </w:tcMar>
            <w:vAlign w:val="center"/>
          </w:tcPr>
          <w:p w14:paraId="01A99BF5" w14:textId="77777777" w:rsidR="003B6CDD" w:rsidRPr="00CD0010" w:rsidRDefault="006B6786">
            <w:pPr>
              <w:jc w:val="center"/>
              <w:rPr>
                <w:sz w:val="20"/>
                <w:szCs w:val="28"/>
              </w:rPr>
            </w:pPr>
            <w:r w:rsidRPr="00CD0010">
              <w:rPr>
                <w:b/>
                <w:sz w:val="20"/>
                <w:szCs w:val="28"/>
              </w:rPr>
              <w:t>Passport Photo</w:t>
            </w:r>
            <w:r w:rsidRPr="00CD0010">
              <w:rPr>
                <w:b/>
                <w:sz w:val="20"/>
                <w:szCs w:val="28"/>
              </w:rPr>
              <w:br/>
            </w:r>
            <w:r w:rsidRPr="00CD0010">
              <w:rPr>
                <w:b/>
                <w:sz w:val="20"/>
                <w:szCs w:val="28"/>
              </w:rPr>
              <w:br/>
              <w:t>4 cm wide × 5 cm high</w:t>
            </w:r>
            <w:r w:rsidRPr="00CD0010">
              <w:rPr>
                <w:b/>
                <w:sz w:val="20"/>
                <w:szCs w:val="28"/>
              </w:rPr>
              <w:br/>
            </w:r>
            <w:r w:rsidRPr="00CD0010">
              <w:rPr>
                <w:b/>
                <w:sz w:val="20"/>
                <w:szCs w:val="28"/>
              </w:rPr>
              <w:br/>
              <w:t>Color photo</w:t>
            </w:r>
          </w:p>
        </w:tc>
        <w:tc>
          <w:tcPr>
            <w:tcW w:w="7994" w:type="dxa"/>
            <w:tcBorders>
              <w:top w:val="single" w:sz="6" w:space="0" w:color="808080"/>
              <w:left w:val="single" w:sz="6" w:space="0" w:color="808080"/>
              <w:bottom w:val="single" w:sz="6" w:space="0" w:color="808080"/>
              <w:right w:val="single" w:sz="6" w:space="0" w:color="808080"/>
            </w:tcBorders>
            <w:tcMar>
              <w:top w:w="55" w:type="dxa"/>
              <w:left w:w="85" w:type="dxa"/>
              <w:bottom w:w="55" w:type="dxa"/>
              <w:right w:w="85" w:type="dxa"/>
            </w:tcMar>
            <w:vAlign w:val="center"/>
          </w:tcPr>
          <w:p w14:paraId="62D0A7CB" w14:textId="79DDAC1A" w:rsidR="003B6CDD" w:rsidRPr="00CD0010" w:rsidRDefault="006B6786" w:rsidP="00CD0010">
            <w:pPr>
              <w:spacing w:beforeLines="50" w:before="120"/>
              <w:rPr>
                <w:sz w:val="20"/>
                <w:szCs w:val="28"/>
              </w:rPr>
            </w:pPr>
            <w:r w:rsidRPr="00CD0010">
              <w:rPr>
                <w:sz w:val="20"/>
                <w:szCs w:val="28"/>
              </w:rPr>
              <w:t xml:space="preserve">Registered Domicile in Japan or Nationality*: </w:t>
            </w:r>
          </w:p>
          <w:p w14:paraId="79C213E0" w14:textId="48206552" w:rsidR="003B6CDD" w:rsidRPr="00CD0010" w:rsidRDefault="006B6786" w:rsidP="00CD0010">
            <w:pPr>
              <w:spacing w:beforeLines="50" w:before="120"/>
              <w:rPr>
                <w:sz w:val="20"/>
                <w:szCs w:val="28"/>
              </w:rPr>
            </w:pPr>
            <w:r w:rsidRPr="00CD0010">
              <w:rPr>
                <w:sz w:val="20"/>
                <w:szCs w:val="28"/>
              </w:rPr>
              <w:t xml:space="preserve">Current Address: </w:t>
            </w:r>
          </w:p>
          <w:p w14:paraId="70862DC6" w14:textId="77777777" w:rsidR="00CD0010" w:rsidRDefault="006B6786" w:rsidP="00CD0010">
            <w:pPr>
              <w:spacing w:beforeLines="50" w:before="120"/>
              <w:rPr>
                <w:rFonts w:eastAsiaTheme="minorEastAsia"/>
                <w:sz w:val="20"/>
                <w:szCs w:val="28"/>
                <w:lang w:eastAsia="ja-JP"/>
              </w:rPr>
            </w:pPr>
            <w:r w:rsidRPr="00CD0010">
              <w:rPr>
                <w:sz w:val="20"/>
                <w:szCs w:val="28"/>
              </w:rPr>
              <w:t>Phone:</w:t>
            </w:r>
          </w:p>
          <w:p w14:paraId="25816AB8" w14:textId="09BA8342" w:rsidR="003B6CDD" w:rsidRPr="00CD0010" w:rsidRDefault="006B6786" w:rsidP="00CD0010">
            <w:pPr>
              <w:spacing w:beforeLines="50" w:before="120"/>
              <w:rPr>
                <w:sz w:val="20"/>
                <w:szCs w:val="28"/>
              </w:rPr>
            </w:pPr>
            <w:r w:rsidRPr="00CD0010">
              <w:rPr>
                <w:sz w:val="20"/>
                <w:szCs w:val="28"/>
              </w:rPr>
              <w:t xml:space="preserve">E-mail: </w:t>
            </w:r>
          </w:p>
          <w:p w14:paraId="70E7CF83" w14:textId="534A39EA" w:rsidR="003B6CDD" w:rsidRPr="00CD0010" w:rsidRDefault="006B6786" w:rsidP="00CD0010">
            <w:pPr>
              <w:spacing w:beforeLines="50" w:before="120"/>
              <w:rPr>
                <w:sz w:val="20"/>
                <w:szCs w:val="28"/>
              </w:rPr>
            </w:pPr>
            <w:r w:rsidRPr="00CD0010">
              <w:rPr>
                <w:sz w:val="20"/>
                <w:szCs w:val="28"/>
              </w:rPr>
              <w:t xml:space="preserve">Name in Katakana (Furigana): </w:t>
            </w:r>
          </w:p>
          <w:p w14:paraId="0810B70D" w14:textId="619CB606" w:rsidR="003B6CDD" w:rsidRPr="00CD0010" w:rsidRDefault="006B6786" w:rsidP="00CD0010">
            <w:pPr>
              <w:spacing w:beforeLines="50" w:before="120"/>
              <w:rPr>
                <w:sz w:val="20"/>
                <w:szCs w:val="28"/>
              </w:rPr>
            </w:pPr>
            <w:r w:rsidRPr="00CD0010">
              <w:rPr>
                <w:sz w:val="20"/>
                <w:szCs w:val="28"/>
              </w:rPr>
              <w:t xml:space="preserve">Name in Full: </w:t>
            </w:r>
          </w:p>
          <w:p w14:paraId="51971014" w14:textId="61051439" w:rsidR="00CD0010" w:rsidRDefault="006B6786" w:rsidP="00CD0010">
            <w:pPr>
              <w:spacing w:beforeLines="50" w:before="120"/>
              <w:rPr>
                <w:rFonts w:eastAsiaTheme="minorEastAsia"/>
                <w:sz w:val="20"/>
                <w:szCs w:val="28"/>
                <w:lang w:eastAsia="ja-JP"/>
              </w:rPr>
            </w:pPr>
            <w:r w:rsidRPr="00CD0010">
              <w:rPr>
                <w:sz w:val="20"/>
                <w:szCs w:val="28"/>
              </w:rPr>
              <w:t xml:space="preserve">Applicant’s </w:t>
            </w:r>
            <w:r w:rsidR="00CD0010">
              <w:rPr>
                <w:rFonts w:eastAsiaTheme="minorEastAsia" w:hint="eastAsia"/>
                <w:sz w:val="20"/>
                <w:szCs w:val="28"/>
                <w:lang w:eastAsia="ja-JP"/>
              </w:rPr>
              <w:t xml:space="preserve">Handwritten </w:t>
            </w:r>
            <w:r w:rsidRPr="00CD0010">
              <w:rPr>
                <w:sz w:val="20"/>
                <w:szCs w:val="28"/>
              </w:rPr>
              <w:t>Signature</w:t>
            </w:r>
            <w:r w:rsidR="0016373C">
              <w:rPr>
                <w:rFonts w:eastAsiaTheme="minorEastAsia" w:hint="eastAsia"/>
                <w:sz w:val="20"/>
                <w:szCs w:val="28"/>
                <w:lang w:eastAsia="ja-JP"/>
              </w:rPr>
              <w:t>*</w:t>
            </w:r>
            <w:r w:rsidRPr="00CD0010">
              <w:rPr>
                <w:sz w:val="20"/>
                <w:szCs w:val="28"/>
              </w:rPr>
              <w:t xml:space="preserve">: </w:t>
            </w:r>
          </w:p>
          <w:p w14:paraId="4F6E0868" w14:textId="721CAF11" w:rsidR="003B6CDD" w:rsidRPr="00CD0010" w:rsidRDefault="006B6786" w:rsidP="00CD0010">
            <w:pPr>
              <w:spacing w:beforeLines="50" w:before="120"/>
              <w:rPr>
                <w:sz w:val="20"/>
                <w:szCs w:val="28"/>
              </w:rPr>
            </w:pPr>
            <w:r w:rsidRPr="00CD0010">
              <w:rPr>
                <w:sz w:val="20"/>
                <w:szCs w:val="28"/>
              </w:rPr>
              <w:t xml:space="preserve">Date of Birth (YYYY/MM/DD): </w:t>
            </w:r>
          </w:p>
        </w:tc>
      </w:tr>
    </w:tbl>
    <w:p w14:paraId="41BA5858" w14:textId="77777777" w:rsidR="003B6CDD" w:rsidRPr="00CD0010" w:rsidRDefault="006B6786">
      <w:pPr>
        <w:rPr>
          <w:sz w:val="20"/>
          <w:szCs w:val="28"/>
        </w:rPr>
      </w:pPr>
      <w:r w:rsidRPr="00CD0010">
        <w:rPr>
          <w:i/>
          <w:sz w:val="18"/>
          <w:szCs w:val="28"/>
        </w:rPr>
        <w:t>*For Japanese nationals, enter the prefecture of registered domicile. For non-Japanese nationals, enter the country of nationality.</w:t>
      </w:r>
    </w:p>
    <w:p w14:paraId="24DBF5D2" w14:textId="7FD26075" w:rsidR="003B6CDD" w:rsidRPr="00CD0010" w:rsidRDefault="006B6786">
      <w:pPr>
        <w:rPr>
          <w:sz w:val="20"/>
          <w:szCs w:val="28"/>
        </w:rPr>
      </w:pPr>
      <w:r w:rsidRPr="00CD0010">
        <w:rPr>
          <w:b/>
          <w:sz w:val="18"/>
          <w:szCs w:val="28"/>
        </w:rPr>
        <w:t>*</w:t>
      </w:r>
      <w:r w:rsidR="00E54971" w:rsidRPr="00E54971">
        <w:rPr>
          <w:b/>
          <w:sz w:val="18"/>
          <w:szCs w:val="28"/>
        </w:rPr>
        <w:t>A handwritten signature by the applicant is required.</w:t>
      </w:r>
    </w:p>
    <w:p w14:paraId="122841AF" w14:textId="77777777" w:rsidR="00CD0010" w:rsidRDefault="00CD0010">
      <w:pPr>
        <w:rPr>
          <w:rFonts w:eastAsiaTheme="minorEastAsia"/>
          <w:sz w:val="20"/>
          <w:szCs w:val="28"/>
          <w:lang w:eastAsia="ja-JP"/>
        </w:rPr>
      </w:pPr>
    </w:p>
    <w:p w14:paraId="25724891" w14:textId="51750AB2" w:rsidR="003B6CDD" w:rsidRPr="00CD0010" w:rsidRDefault="006B6786">
      <w:pPr>
        <w:rPr>
          <w:sz w:val="22"/>
        </w:rPr>
      </w:pPr>
      <w:r w:rsidRPr="00CD0010">
        <w:rPr>
          <w:sz w:val="22"/>
        </w:rPr>
        <w:t>In accordance with Article 14 of the Waseda University Graduate School Regulations, I hereby apply for the degree of Doctor of Engineering and submit the items indicated below. I certify that I have prepared the doctoral dissertation submitted with this application properly and without engaging in research misconduct. Furthermore, I acknowledge that, if research misconduct is established, the results of the investigation and the corresponding disciplinary measures, including my name and the title of the dissertation in which the misconduct occurred, shall be made public.</w:t>
      </w:r>
    </w:p>
    <w:p w14:paraId="436191DC" w14:textId="629866DC" w:rsidR="00CD0010" w:rsidRPr="00CD0010" w:rsidRDefault="006B6786" w:rsidP="004E1E0B">
      <w:pPr>
        <w:spacing w:beforeLines="50" w:before="120" w:afterLines="50" w:after="120"/>
        <w:jc w:val="center"/>
        <w:rPr>
          <w:rFonts w:eastAsiaTheme="minorEastAsia"/>
          <w:sz w:val="24"/>
          <w:szCs w:val="24"/>
          <w:lang w:eastAsia="ja-JP"/>
        </w:rPr>
      </w:pPr>
      <w:r w:rsidRPr="004E1E0B">
        <w:rPr>
          <w:b/>
          <w:sz w:val="22"/>
        </w:rPr>
        <w:t>ITEMS SUBMITTED</w:t>
      </w:r>
    </w:p>
    <w:p w14:paraId="11CDDC34" w14:textId="77777777" w:rsidR="003B6CDD" w:rsidRPr="004E1E0B" w:rsidRDefault="006B6786" w:rsidP="00CD0010">
      <w:pPr>
        <w:rPr>
          <w:sz w:val="22"/>
        </w:rPr>
      </w:pPr>
      <w:r w:rsidRPr="004E1E0B">
        <w:rPr>
          <w:b/>
          <w:sz w:val="22"/>
        </w:rPr>
        <w:t xml:space="preserve">1. Graduate School and Degree: </w:t>
      </w:r>
      <w:r w:rsidRPr="004E1E0B">
        <w:rPr>
          <w:sz w:val="22"/>
        </w:rPr>
        <w:t>Graduate School of Information, Production and Systems    Doctor of Engineering</w:t>
      </w:r>
    </w:p>
    <w:p w14:paraId="218576A8" w14:textId="77777777" w:rsidR="003B6CDD" w:rsidRPr="004E1E0B" w:rsidRDefault="006B6786" w:rsidP="00CD0010">
      <w:pPr>
        <w:rPr>
          <w:sz w:val="22"/>
        </w:rPr>
      </w:pPr>
      <w:r w:rsidRPr="004E1E0B">
        <w:rPr>
          <w:b/>
          <w:sz w:val="22"/>
        </w:rPr>
        <w:t xml:space="preserve">2. Dissertation Abstract: </w:t>
      </w:r>
      <w:r w:rsidRPr="004E1E0B">
        <w:rPr>
          <w:sz w:val="22"/>
        </w:rPr>
        <w:t>Submitted electronically</w:t>
      </w:r>
    </w:p>
    <w:p w14:paraId="1825D49D" w14:textId="77777777" w:rsidR="003B6CDD" w:rsidRPr="004E1E0B" w:rsidRDefault="006B6786" w:rsidP="00CD0010">
      <w:pPr>
        <w:rPr>
          <w:rFonts w:eastAsiaTheme="minorEastAsia"/>
          <w:sz w:val="22"/>
          <w:lang w:eastAsia="ja-JP"/>
        </w:rPr>
      </w:pPr>
      <w:r w:rsidRPr="004E1E0B">
        <w:rPr>
          <w:b/>
          <w:sz w:val="22"/>
        </w:rPr>
        <w:t xml:space="preserve">3. Doctoral Dissertation: </w:t>
      </w:r>
      <w:r w:rsidRPr="004E1E0B">
        <w:rPr>
          <w:sz w:val="22"/>
        </w:rPr>
        <w:t>Submitted electronically</w:t>
      </w:r>
    </w:p>
    <w:p w14:paraId="66EFCB56" w14:textId="77777777" w:rsidR="00CD0010" w:rsidRPr="004E1E0B" w:rsidRDefault="00CD0010">
      <w:pPr>
        <w:ind w:left="170"/>
        <w:rPr>
          <w:rFonts w:eastAsiaTheme="minorEastAsia"/>
          <w:sz w:val="22"/>
          <w:lang w:eastAsia="ja-JP"/>
        </w:rPr>
      </w:pPr>
    </w:p>
    <w:p w14:paraId="7E5A4CBE" w14:textId="77777777" w:rsidR="003B6CDD" w:rsidRPr="004E1E0B" w:rsidRDefault="006B6786">
      <w:pPr>
        <w:rPr>
          <w:rFonts w:eastAsiaTheme="minorEastAsia"/>
          <w:i/>
          <w:sz w:val="22"/>
          <w:lang w:eastAsia="ja-JP"/>
        </w:rPr>
      </w:pPr>
      <w:r w:rsidRPr="004E1E0B">
        <w:rPr>
          <w:i/>
          <w:sz w:val="22"/>
        </w:rPr>
        <w:t>Please complete the fields below. If the dissertation title or subtitle is in a language other than Japanese, provide the corresponding Japanese translation.</w:t>
      </w:r>
    </w:p>
    <w:p w14:paraId="0CC41B4F" w14:textId="77777777" w:rsidR="00CD0010" w:rsidRPr="004E1E0B" w:rsidRDefault="00CD0010">
      <w:pPr>
        <w:rPr>
          <w:rFonts w:eastAsiaTheme="minorEastAsia"/>
          <w:sz w:val="22"/>
          <w:lang w:eastAsia="ja-JP"/>
        </w:rPr>
      </w:pPr>
    </w:p>
    <w:p w14:paraId="693F20B0" w14:textId="40D799E8" w:rsidR="003B6CDD" w:rsidRPr="004E1E0B" w:rsidRDefault="006B6786">
      <w:pPr>
        <w:rPr>
          <w:rFonts w:eastAsiaTheme="minorEastAsia"/>
          <w:bCs/>
          <w:sz w:val="22"/>
          <w:lang w:eastAsia="ja-JP"/>
        </w:rPr>
      </w:pPr>
      <w:r w:rsidRPr="004E1E0B">
        <w:rPr>
          <w:b/>
          <w:sz w:val="22"/>
        </w:rPr>
        <w:t>Dissertation Title:</w:t>
      </w:r>
      <w:r w:rsidR="004E1E0B" w:rsidRPr="004E1E0B">
        <w:rPr>
          <w:rFonts w:eastAsiaTheme="minorEastAsia" w:hint="eastAsia"/>
          <w:bCs/>
          <w:sz w:val="22"/>
          <w:lang w:eastAsia="ja-JP"/>
        </w:rPr>
        <w:t xml:space="preserve"> </w:t>
      </w:r>
    </w:p>
    <w:p w14:paraId="35D5EFF5" w14:textId="2A3833CC" w:rsidR="003B6CDD" w:rsidRPr="004E1E0B" w:rsidRDefault="006B6786">
      <w:pPr>
        <w:rPr>
          <w:rFonts w:eastAsiaTheme="minorEastAsia"/>
          <w:bCs/>
          <w:sz w:val="22"/>
          <w:lang w:eastAsia="ja-JP"/>
        </w:rPr>
      </w:pPr>
      <w:r w:rsidRPr="004E1E0B">
        <w:rPr>
          <w:b/>
          <w:sz w:val="22"/>
        </w:rPr>
        <w:t>Japanese Translation of Dissertation Title:</w:t>
      </w:r>
      <w:r w:rsidR="004E1E0B" w:rsidRPr="004E1E0B">
        <w:rPr>
          <w:rFonts w:eastAsiaTheme="minorEastAsia" w:hint="eastAsia"/>
          <w:bCs/>
          <w:sz w:val="22"/>
          <w:lang w:eastAsia="ja-JP"/>
        </w:rPr>
        <w:t xml:space="preserve"> </w:t>
      </w:r>
    </w:p>
    <w:p w14:paraId="4E163981" w14:textId="77777777" w:rsidR="00CD0010" w:rsidRPr="004E1E0B" w:rsidRDefault="00CD0010">
      <w:pPr>
        <w:rPr>
          <w:rFonts w:eastAsiaTheme="minorEastAsia"/>
          <w:sz w:val="22"/>
          <w:lang w:eastAsia="ja-JP"/>
        </w:rPr>
      </w:pPr>
    </w:p>
    <w:p w14:paraId="6B6352AF" w14:textId="4927DCC5" w:rsidR="003B6CDD" w:rsidRPr="004E1E0B" w:rsidRDefault="006B6786">
      <w:pPr>
        <w:rPr>
          <w:rFonts w:eastAsiaTheme="minorEastAsia"/>
          <w:bCs/>
          <w:sz w:val="22"/>
          <w:lang w:eastAsia="ja-JP"/>
        </w:rPr>
      </w:pPr>
      <w:r w:rsidRPr="004E1E0B">
        <w:rPr>
          <w:b/>
          <w:sz w:val="22"/>
        </w:rPr>
        <w:t>Dissertation Subtitle (if applicable):</w:t>
      </w:r>
      <w:r w:rsidR="004E1E0B" w:rsidRPr="004E1E0B">
        <w:rPr>
          <w:rFonts w:eastAsiaTheme="minorEastAsia" w:hint="eastAsia"/>
          <w:bCs/>
          <w:sz w:val="22"/>
          <w:lang w:eastAsia="ja-JP"/>
        </w:rPr>
        <w:t xml:space="preserve"> </w:t>
      </w:r>
    </w:p>
    <w:p w14:paraId="5C67E4C1" w14:textId="194D4C3B" w:rsidR="003B6CDD" w:rsidRPr="004E1E0B" w:rsidRDefault="006B6786">
      <w:pPr>
        <w:rPr>
          <w:sz w:val="18"/>
          <w:szCs w:val="24"/>
        </w:rPr>
      </w:pPr>
      <w:r w:rsidRPr="004E1E0B">
        <w:rPr>
          <w:b/>
          <w:sz w:val="22"/>
        </w:rPr>
        <w:t>Japanese Translation of Dissertation Subtitle (if applicable):</w:t>
      </w:r>
      <w:r w:rsidR="004E1E0B" w:rsidRPr="004E1E0B">
        <w:rPr>
          <w:rFonts w:eastAsiaTheme="minorEastAsia" w:hint="eastAsia"/>
          <w:bCs/>
          <w:sz w:val="22"/>
          <w:lang w:eastAsia="ja-JP"/>
        </w:rPr>
        <w:t xml:space="preserve"> </w:t>
      </w:r>
      <w:r w:rsidRPr="004E1E0B">
        <w:rPr>
          <w:bCs/>
          <w:sz w:val="22"/>
        </w:rPr>
        <w:br/>
      </w:r>
    </w:p>
    <w:tbl>
      <w:tblPr>
        <w:tblW w:w="0" w:type="auto"/>
        <w:jc w:val="center"/>
        <w:tblLook w:val="04A0" w:firstRow="1" w:lastRow="0" w:firstColumn="1" w:lastColumn="0" w:noHBand="0" w:noVBand="1"/>
      </w:tblPr>
      <w:tblGrid>
        <w:gridCol w:w="10546"/>
      </w:tblGrid>
      <w:tr w:rsidR="003B6CDD" w:rsidRPr="00CD0010" w14:paraId="3A547A9A" w14:textId="77777777" w:rsidTr="004E1E0B">
        <w:trPr>
          <w:trHeight w:val="1420"/>
          <w:jc w:val="center"/>
        </w:trPr>
        <w:tc>
          <w:tcPr>
            <w:tcW w:w="10546" w:type="dxa"/>
            <w:tcMar>
              <w:top w:w="75" w:type="dxa"/>
              <w:left w:w="100" w:type="dxa"/>
              <w:bottom w:w="75" w:type="dxa"/>
              <w:right w:w="100" w:type="dxa"/>
            </w:tcMar>
          </w:tcPr>
          <w:p w14:paraId="18BFB095" w14:textId="77777777" w:rsidR="003B6CDD" w:rsidRPr="00CD0010" w:rsidRDefault="006B6786">
            <w:pPr>
              <w:rPr>
                <w:sz w:val="20"/>
                <w:szCs w:val="28"/>
                <w:lang w:eastAsia="ja-JP"/>
              </w:rPr>
            </w:pPr>
            <w:r w:rsidRPr="00CD0010">
              <w:rPr>
                <w:rFonts w:ascii="游ゴシック" w:eastAsia="游ゴシック" w:hAnsi="游ゴシック"/>
                <w:b/>
                <w:sz w:val="20"/>
                <w:szCs w:val="28"/>
                <w:lang w:eastAsia="ja-JP"/>
              </w:rPr>
              <w:t>４．指導教員の承認</w:t>
            </w:r>
          </w:p>
          <w:p w14:paraId="0CE61042" w14:textId="77777777" w:rsidR="003B6CDD" w:rsidRDefault="006B6786">
            <w:pPr>
              <w:rPr>
                <w:rFonts w:ascii="游ゴシック" w:eastAsia="游ゴシック" w:hAnsi="游ゴシック"/>
                <w:sz w:val="20"/>
                <w:szCs w:val="28"/>
                <w:lang w:eastAsia="ja-JP"/>
              </w:rPr>
            </w:pPr>
            <w:r w:rsidRPr="00CD0010">
              <w:rPr>
                <w:rFonts w:ascii="游ゴシック" w:eastAsia="游ゴシック" w:hAnsi="游ゴシック"/>
                <w:sz w:val="20"/>
                <w:szCs w:val="28"/>
                <w:lang w:eastAsia="ja-JP"/>
              </w:rPr>
              <w:t>主たる指導教員である私は、上記博士学位の申請を承認いたします。</w:t>
            </w:r>
          </w:p>
          <w:p w14:paraId="544F67DD" w14:textId="77777777" w:rsidR="00CD0010" w:rsidRPr="00CD0010" w:rsidRDefault="00CD0010">
            <w:pPr>
              <w:rPr>
                <w:sz w:val="20"/>
                <w:szCs w:val="28"/>
                <w:lang w:eastAsia="ja-JP"/>
              </w:rPr>
            </w:pPr>
          </w:p>
          <w:p w14:paraId="710A7C6E" w14:textId="51E7AFE3" w:rsidR="003B6CDD" w:rsidRPr="00CD0010" w:rsidRDefault="006B6786" w:rsidP="00CD0010">
            <w:pPr>
              <w:spacing w:afterLines="50" w:after="120"/>
              <w:rPr>
                <w:sz w:val="20"/>
                <w:szCs w:val="28"/>
                <w:u w:val="single"/>
              </w:rPr>
            </w:pPr>
            <w:r w:rsidRPr="00CD0010">
              <w:rPr>
                <w:rFonts w:ascii="游ゴシック" w:eastAsia="游ゴシック" w:hAnsi="游ゴシック"/>
                <w:sz w:val="20"/>
                <w:szCs w:val="28"/>
                <w:u w:val="single"/>
              </w:rPr>
              <w:t>指導教員氏名：</w:t>
            </w:r>
            <w:r w:rsidR="00CD0010" w:rsidRPr="00CD0010">
              <w:rPr>
                <w:rFonts w:ascii="游ゴシック" w:eastAsia="游ゴシック" w:hAnsi="游ゴシック" w:hint="eastAsia"/>
                <w:sz w:val="20"/>
                <w:szCs w:val="28"/>
                <w:u w:val="single"/>
                <w:lang w:eastAsia="ja-JP"/>
              </w:rPr>
              <w:t xml:space="preserve">　　　　　　　　</w:t>
            </w:r>
            <w:r w:rsidR="004E1E0B">
              <w:rPr>
                <w:rFonts w:ascii="游ゴシック" w:eastAsia="游ゴシック" w:hAnsi="游ゴシック" w:hint="eastAsia"/>
                <w:sz w:val="20"/>
                <w:szCs w:val="28"/>
                <w:u w:val="single"/>
                <w:lang w:eastAsia="ja-JP"/>
              </w:rPr>
              <w:t xml:space="preserve">　　</w:t>
            </w:r>
            <w:r w:rsidR="00CD0010" w:rsidRPr="00CD0010">
              <w:rPr>
                <w:rFonts w:ascii="游ゴシック" w:eastAsia="游ゴシック" w:hAnsi="游ゴシック" w:hint="eastAsia"/>
                <w:sz w:val="20"/>
                <w:szCs w:val="28"/>
                <w:u w:val="single"/>
                <w:lang w:eastAsia="ja-JP"/>
              </w:rPr>
              <w:t xml:space="preserve">　　　</w:t>
            </w:r>
            <w:r w:rsidR="00CD0010">
              <w:rPr>
                <w:rFonts w:ascii="游ゴシック" w:eastAsia="游ゴシック" w:hAnsi="游ゴシック" w:hint="eastAsia"/>
                <w:sz w:val="20"/>
                <w:szCs w:val="28"/>
                <w:u w:val="single"/>
                <w:lang w:eastAsia="ja-JP"/>
              </w:rPr>
              <w:t xml:space="preserve">　　</w:t>
            </w:r>
            <w:r w:rsidR="00CD0010" w:rsidRPr="00CD0010">
              <w:rPr>
                <w:rFonts w:ascii="游ゴシック" w:eastAsia="游ゴシック" w:hAnsi="游ゴシック" w:hint="eastAsia"/>
                <w:sz w:val="20"/>
                <w:szCs w:val="28"/>
                <w:u w:val="single"/>
                <w:lang w:eastAsia="ja-JP"/>
              </w:rPr>
              <w:t xml:space="preserve">　　印</w:t>
            </w:r>
            <w:r w:rsidR="00CD0010" w:rsidRPr="00CD0010">
              <w:rPr>
                <w:sz w:val="20"/>
                <w:szCs w:val="28"/>
                <w:u w:val="single"/>
              </w:rPr>
              <w:t xml:space="preserve"> </w:t>
            </w:r>
            <w:r w:rsidR="00CD0010">
              <w:rPr>
                <w:rFonts w:ascii="ＭＳ 明朝" w:eastAsia="ＭＳ 明朝" w:hAnsi="ＭＳ 明朝" w:cs="ＭＳ 明朝" w:hint="eastAsia"/>
                <w:sz w:val="20"/>
                <w:szCs w:val="28"/>
                <w:u w:val="single"/>
                <w:lang w:eastAsia="ja-JP"/>
              </w:rPr>
              <w:t xml:space="preserve">　</w:t>
            </w:r>
          </w:p>
        </w:tc>
      </w:tr>
    </w:tbl>
    <w:tbl>
      <w:tblPr>
        <w:tblW w:w="0" w:type="auto"/>
        <w:jc w:val="center"/>
        <w:tblLayout w:type="fixed"/>
        <w:tblLook w:val="04A0" w:firstRow="1" w:lastRow="0" w:firstColumn="1" w:lastColumn="0" w:noHBand="0" w:noVBand="1"/>
      </w:tblPr>
      <w:tblGrid>
        <w:gridCol w:w="10545"/>
      </w:tblGrid>
      <w:tr w:rsidR="004E1E0B" w:rsidRPr="00CD0010" w14:paraId="3E6AD380" w14:textId="77777777" w:rsidTr="0083464C">
        <w:trPr>
          <w:jc w:val="center"/>
        </w:trPr>
        <w:tc>
          <w:tcPr>
            <w:tcW w:w="10545" w:type="dxa"/>
            <w:tcBorders>
              <w:top w:val="single" w:sz="6" w:space="0" w:color="808080"/>
              <w:left w:val="single" w:sz="6" w:space="0" w:color="808080"/>
              <w:bottom w:val="single" w:sz="6" w:space="0" w:color="808080"/>
              <w:right w:val="single" w:sz="6" w:space="0" w:color="808080"/>
            </w:tcBorders>
            <w:tcMar>
              <w:top w:w="45" w:type="dxa"/>
              <w:left w:w="75" w:type="dxa"/>
              <w:bottom w:w="45" w:type="dxa"/>
              <w:right w:w="75" w:type="dxa"/>
            </w:tcMar>
            <w:vAlign w:val="center"/>
          </w:tcPr>
          <w:p w14:paraId="22A5685C" w14:textId="0EFA26F5" w:rsidR="004E1E0B" w:rsidRPr="00CA1BDF" w:rsidRDefault="00E54971" w:rsidP="004E1E0B">
            <w:pPr>
              <w:spacing w:line="210" w:lineRule="exact"/>
              <w:rPr>
                <w:rFonts w:asciiTheme="minorHAnsi" w:hAnsiTheme="minorHAnsi"/>
                <w:lang w:eastAsia="ja-JP"/>
              </w:rPr>
            </w:pPr>
            <w:r w:rsidRPr="00E54971">
              <w:rPr>
                <w:rFonts w:ascii="ＭＳ 明朝" w:eastAsia="ＭＳ 明朝" w:hAnsi="ＭＳ 明朝" w:cs="ＭＳ 明朝" w:hint="eastAsia"/>
                <w:lang w:eastAsia="ja-JP"/>
              </w:rPr>
              <w:t>（研究科事務所記録事項）</w:t>
            </w:r>
          </w:p>
          <w:p w14:paraId="3EA14ECA" w14:textId="0D001C87" w:rsidR="004E1E0B" w:rsidRPr="00CA1BDF" w:rsidRDefault="004E1E0B" w:rsidP="004E1E0B">
            <w:pPr>
              <w:spacing w:line="210" w:lineRule="exact"/>
              <w:rPr>
                <w:rFonts w:asciiTheme="minorHAnsi" w:hAnsiTheme="minorHAnsi"/>
                <w:lang w:eastAsia="ja-JP"/>
              </w:rPr>
            </w:pPr>
            <w:r w:rsidRPr="00CA1BDF">
              <w:rPr>
                <w:rFonts w:asciiTheme="minorHAnsi" w:hAnsiTheme="minorHAnsi"/>
                <w:lang w:eastAsia="ja-JP"/>
              </w:rPr>
              <w:t xml:space="preserve">　受理研究科　　　　　　　　　　</w:t>
            </w:r>
            <w:r>
              <w:rPr>
                <w:rFonts w:ascii="ＭＳ 明朝" w:eastAsia="ＭＳ 明朝" w:hAnsi="ＭＳ 明朝" w:cs="ＭＳ 明朝" w:hint="eastAsia"/>
                <w:lang w:eastAsia="ja-JP"/>
              </w:rPr>
              <w:t>情報生産システム研究科</w:t>
            </w:r>
          </w:p>
          <w:p w14:paraId="4D586C28" w14:textId="77777777" w:rsidR="004E1E0B" w:rsidRPr="00CA1BDF" w:rsidRDefault="004E1E0B" w:rsidP="004E1E0B">
            <w:pPr>
              <w:spacing w:line="210" w:lineRule="exact"/>
              <w:rPr>
                <w:rFonts w:asciiTheme="minorHAnsi" w:hAnsiTheme="minorHAnsi"/>
              </w:rPr>
            </w:pPr>
            <w:r w:rsidRPr="00CA1BDF">
              <w:rPr>
                <w:rFonts w:asciiTheme="minorHAnsi" w:hAnsiTheme="minorHAnsi"/>
                <w:lang w:eastAsia="ja-JP"/>
              </w:rPr>
              <w:t xml:space="preserve">　</w:t>
            </w:r>
            <w:r w:rsidRPr="00CA1BDF">
              <w:rPr>
                <w:rFonts w:asciiTheme="minorHAnsi" w:hAnsiTheme="minorHAnsi"/>
              </w:rPr>
              <w:t>受理年月日　　　　　　　　　　年　　月　　日</w:t>
            </w:r>
          </w:p>
          <w:p w14:paraId="543A0D07" w14:textId="77777777" w:rsidR="004E1E0B" w:rsidRPr="00CA1BDF" w:rsidRDefault="004E1E0B" w:rsidP="004E1E0B">
            <w:pPr>
              <w:spacing w:line="210" w:lineRule="exact"/>
              <w:rPr>
                <w:rFonts w:asciiTheme="minorHAnsi" w:hAnsiTheme="minorHAnsi"/>
              </w:rPr>
            </w:pPr>
            <w:r w:rsidRPr="00CA1BDF">
              <w:rPr>
                <w:rFonts w:asciiTheme="minorHAnsi" w:hAnsiTheme="minorHAnsi"/>
              </w:rPr>
              <w:t xml:space="preserve">　面接試験実施年月日　　　　　　年　　月　　日</w:t>
            </w:r>
          </w:p>
          <w:p w14:paraId="7C4D5961" w14:textId="0A4F2DE9" w:rsidR="004E1E0B" w:rsidRPr="00CD0010" w:rsidRDefault="004E1E0B" w:rsidP="004E1E0B">
            <w:pPr>
              <w:spacing w:line="210" w:lineRule="exact"/>
              <w:rPr>
                <w:sz w:val="20"/>
                <w:szCs w:val="28"/>
                <w:lang w:eastAsia="zh-CN"/>
              </w:rPr>
            </w:pPr>
            <w:r w:rsidRPr="00CA1BDF">
              <w:rPr>
                <w:rFonts w:ascii="ＭＳ 明朝" w:eastAsia="ＭＳ 明朝" w:hAnsi="ＭＳ 明朝" w:cs="ＭＳ 明朝" w:hint="eastAsia"/>
              </w:rPr>
              <w:t xml:space="preserve">　</w:t>
            </w:r>
            <w:r w:rsidRPr="00CA1BDF">
              <w:rPr>
                <w:rFonts w:ascii="ＭＳ 明朝" w:eastAsia="ＭＳ 明朝" w:hAnsi="ＭＳ 明朝" w:cs="ＭＳ 明朝" w:hint="eastAsia"/>
                <w:lang w:eastAsia="zh-CN"/>
              </w:rPr>
              <w:t>論文審査終了年月日　　　　　　年　　月　　日</w:t>
            </w:r>
          </w:p>
        </w:tc>
      </w:tr>
    </w:tbl>
    <w:p w14:paraId="10EC8B01" w14:textId="77777777" w:rsidR="006B6786" w:rsidRPr="004E1E0B" w:rsidRDefault="006B6786">
      <w:pPr>
        <w:rPr>
          <w:sz w:val="20"/>
          <w:szCs w:val="28"/>
          <w:lang w:eastAsia="zh-CN"/>
        </w:rPr>
      </w:pPr>
    </w:p>
    <w:sectPr w:rsidR="006B6786" w:rsidRPr="004E1E0B" w:rsidSect="00CD0010">
      <w:pgSz w:w="11906" w:h="16838"/>
      <w:pgMar w:top="851" w:right="680" w:bottom="51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0F95" w14:textId="77777777" w:rsidR="001878F3" w:rsidRDefault="001878F3" w:rsidP="00E54971">
      <w:r>
        <w:separator/>
      </w:r>
    </w:p>
  </w:endnote>
  <w:endnote w:type="continuationSeparator" w:id="0">
    <w:p w14:paraId="172D7805" w14:textId="77777777" w:rsidR="001878F3" w:rsidRDefault="001878F3" w:rsidP="00E54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FAF4F" w14:textId="77777777" w:rsidR="001878F3" w:rsidRDefault="001878F3" w:rsidP="00E54971">
      <w:r>
        <w:separator/>
      </w:r>
    </w:p>
  </w:footnote>
  <w:footnote w:type="continuationSeparator" w:id="0">
    <w:p w14:paraId="7BA95F98" w14:textId="77777777" w:rsidR="001878F3" w:rsidRDefault="001878F3" w:rsidP="00E54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50597775">
    <w:abstractNumId w:val="8"/>
  </w:num>
  <w:num w:numId="2" w16cid:durableId="348221718">
    <w:abstractNumId w:val="6"/>
  </w:num>
  <w:num w:numId="3" w16cid:durableId="1377897695">
    <w:abstractNumId w:val="5"/>
  </w:num>
  <w:num w:numId="4" w16cid:durableId="272982059">
    <w:abstractNumId w:val="4"/>
  </w:num>
  <w:num w:numId="5" w16cid:durableId="1698968712">
    <w:abstractNumId w:val="7"/>
  </w:num>
  <w:num w:numId="6" w16cid:durableId="572353949">
    <w:abstractNumId w:val="3"/>
  </w:num>
  <w:num w:numId="7" w16cid:durableId="1875265106">
    <w:abstractNumId w:val="2"/>
  </w:num>
  <w:num w:numId="8" w16cid:durableId="1934970978">
    <w:abstractNumId w:val="1"/>
  </w:num>
  <w:num w:numId="9" w16cid:durableId="915669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73C"/>
    <w:rsid w:val="001878F3"/>
    <w:rsid w:val="0029639D"/>
    <w:rsid w:val="00326F90"/>
    <w:rsid w:val="003B6CDD"/>
    <w:rsid w:val="004E1E0B"/>
    <w:rsid w:val="004F5384"/>
    <w:rsid w:val="006B6786"/>
    <w:rsid w:val="00AA1D8D"/>
    <w:rsid w:val="00B47730"/>
    <w:rsid w:val="00CB0664"/>
    <w:rsid w:val="00CD0010"/>
    <w:rsid w:val="00E549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3B1D851"/>
  <w14:defaultImageDpi w14:val="300"/>
  <w15:docId w15:val="{40939F8D-D50C-4B16-9773-C4F3CD3C2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Arial" w:eastAsia="Arial" w:hAnsi="Arial"/>
      <w:sz w:val="16"/>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347</Words>
  <Characters>1626</Characters>
  <Application>Microsoft Office Word</Application>
  <DocSecurity>0</DocSecurity>
  <Lines>52</Lines>
  <Paragraphs>39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Application for Doctoral Degree with Written Oath (English Form)</vt:lpstr>
      <vt:lpstr/>
    </vt:vector>
  </TitlesOfParts>
  <Manager/>
  <Company/>
  <LinksUpToDate>false</LinksUpToDate>
  <CharactersWithSpaces>1934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Doctoral Degree with Written Oath (English Form)</dc:title>
  <dc:subject/>
  <dc:creator>YAMASHITA Hiroyuki</dc:creator>
  <cp:keywords/>
  <dc:description>Applicant section in English; supervisor approval and administrative-office record sections retained in Japanese.</dc:description>
  <cp:lastModifiedBy>YAMASHITA Hiroyuki</cp:lastModifiedBy>
  <cp:revision>3</cp:revision>
  <cp:lastPrinted>2026-09-25T08:28:00Z</cp:lastPrinted>
  <dcterms:created xsi:type="dcterms:W3CDTF">2026-09-25T08:30:00Z</dcterms:created>
  <dcterms:modified xsi:type="dcterms:W3CDTF">2026-09-25T08:38:00Z</dcterms:modified>
  <cp:category/>
</cp:coreProperties>
</file>